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Roles and responsibilities</w:t>
      </w:r>
    </w:p>
    <w:p>
      <w:r>
        <w:rPr>
          <w:i/>
          <w:color w:val="6B6B6B"/>
        </w:rPr>
        <w:t>One page per role, filled in with the person who holds it. Copy a blank page for every new role, and list them all on the team sheet.</w:t>
      </w:r>
    </w:p>
    <w:p>
      <w:r>
        <w:br w:type="page"/>
      </w:r>
    </w:p>
    <w:p>
      <w:pPr>
        <w:pStyle w:val="Heading1"/>
      </w:pPr>
      <w:r>
        <w:t>Role</w:t>
      </w:r>
    </w:p>
    <w:p>
      <w:r>
        <w:rPr>
          <w:b/>
        </w:rPr>
        <w:t xml:space="preserve">Role name: </w:t>
      </w:r>
      <w:r>
        <w:rPr>
          <w:i/>
          <w:color w:val="6B6B6B"/>
        </w:rPr>
        <w:t>a responsibility, two or three words</w:t>
      </w:r>
    </w:p>
    <w:p>
      <w:r>
        <w:rPr>
          <w:b/>
        </w:rPr>
        <w:t xml:space="preserve">Purpose: </w:t>
      </w:r>
      <w:r>
        <w:rPr>
          <w:i/>
          <w:color w:val="6B6B6B"/>
        </w:rPr>
        <w:t>one sentence, no deadline, no number</w:t>
      </w:r>
    </w:p>
    <w:p>
      <w:r>
        <w:rPr>
          <w:b/>
        </w:rPr>
        <w:t xml:space="preserve">Decides alone on: </w:t>
      </w:r>
      <w:r>
        <w:rPr>
          <w:i/>
          <w:color w:val="6B6B6B"/>
        </w:rPr>
        <w:t>the assets and processes this role controls</w:t>
      </w:r>
    </w:p>
    <w:p>
      <w:r>
        <w:rPr>
          <w:b/>
        </w:rPr>
        <w:t xml:space="preserve">Accountabilities: </w:t>
      </w:r>
      <w:r>
        <w:rPr>
          <w:i/>
          <w:color w:val="6B6B6B"/>
        </w:rPr>
        <w:t>three to seven, each starting with an -ing verb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r>
        <w:rPr>
          <w:b/>
        </w:rPr>
        <w:t xml:space="preserve">Held by: </w:t>
      </w:r>
      <w:r>
        <w:rPr>
          <w:i/>
          <w:color w:val="6B6B6B"/>
        </w:rPr>
        <w:t>a name, or vacant</w:t>
      </w:r>
    </w:p>
    <w:p>
      <w:r>
        <w:rPr>
          <w:b/>
        </w:rPr>
        <w:t xml:space="preserve">Last reviewed: </w:t>
      </w:r>
      <w:r>
        <w:rPr>
          <w:i/>
          <w:color w:val="6B6B6B"/>
        </w:rPr>
        <w:t>a date</w:t>
      </w:r>
    </w:p>
    <w:p>
      <w:r>
        <w:br w:type="page"/>
      </w:r>
    </w:p>
    <w:p>
      <w:pPr>
        <w:pStyle w:val="Heading1"/>
      </w:pPr>
      <w:r>
        <w:t>Role</w:t>
      </w:r>
    </w:p>
    <w:p>
      <w:r>
        <w:rPr>
          <w:b/>
        </w:rPr>
        <w:t xml:space="preserve">Role name: </w:t>
      </w:r>
      <w:r>
        <w:rPr>
          <w:i/>
          <w:color w:val="6B6B6B"/>
        </w:rPr>
        <w:t>a responsibility, two or three words</w:t>
      </w:r>
    </w:p>
    <w:p>
      <w:r>
        <w:rPr>
          <w:b/>
        </w:rPr>
        <w:t xml:space="preserve">Purpose: </w:t>
      </w:r>
      <w:r>
        <w:rPr>
          <w:i/>
          <w:color w:val="6B6B6B"/>
        </w:rPr>
        <w:t>one sentence, no deadline, no number</w:t>
      </w:r>
    </w:p>
    <w:p>
      <w:r>
        <w:rPr>
          <w:b/>
        </w:rPr>
        <w:t xml:space="preserve">Decides alone on: </w:t>
      </w:r>
      <w:r>
        <w:rPr>
          <w:i/>
          <w:color w:val="6B6B6B"/>
        </w:rPr>
        <w:t>the assets and processes this role controls</w:t>
      </w:r>
    </w:p>
    <w:p>
      <w:r>
        <w:rPr>
          <w:b/>
        </w:rPr>
        <w:t xml:space="preserve">Accountabilities: </w:t>
      </w:r>
      <w:r>
        <w:rPr>
          <w:i/>
          <w:color w:val="6B6B6B"/>
        </w:rPr>
        <w:t>three to seven, each starting with an -ing verb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r>
        <w:rPr>
          <w:b/>
        </w:rPr>
        <w:t xml:space="preserve">Held by: </w:t>
      </w:r>
      <w:r>
        <w:rPr>
          <w:i/>
          <w:color w:val="6B6B6B"/>
        </w:rPr>
        <w:t>a name, or vacant</w:t>
      </w:r>
    </w:p>
    <w:p>
      <w:r>
        <w:rPr>
          <w:b/>
        </w:rPr>
        <w:t xml:space="preserve">Last reviewed: </w:t>
      </w:r>
      <w:r>
        <w:rPr>
          <w:i/>
          <w:color w:val="6B6B6B"/>
        </w:rPr>
        <w:t>a date</w:t>
      </w:r>
    </w:p>
    <w:p>
      <w:r>
        <w:br w:type="page"/>
      </w:r>
    </w:p>
    <w:p>
      <w:pPr>
        <w:pStyle w:val="Heading1"/>
      </w:pPr>
      <w:r>
        <w:t>Role</w:t>
      </w:r>
    </w:p>
    <w:p>
      <w:r>
        <w:rPr>
          <w:b/>
        </w:rPr>
        <w:t xml:space="preserve">Role name: </w:t>
      </w:r>
      <w:r>
        <w:rPr>
          <w:i/>
          <w:color w:val="6B6B6B"/>
        </w:rPr>
        <w:t>a responsibility, two or three words</w:t>
      </w:r>
    </w:p>
    <w:p>
      <w:r>
        <w:rPr>
          <w:b/>
        </w:rPr>
        <w:t xml:space="preserve">Purpose: </w:t>
      </w:r>
      <w:r>
        <w:rPr>
          <w:i/>
          <w:color w:val="6B6B6B"/>
        </w:rPr>
        <w:t>one sentence, no deadline, no number</w:t>
      </w:r>
    </w:p>
    <w:p>
      <w:r>
        <w:rPr>
          <w:b/>
        </w:rPr>
        <w:t xml:space="preserve">Decides alone on: </w:t>
      </w:r>
      <w:r>
        <w:rPr>
          <w:i/>
          <w:color w:val="6B6B6B"/>
        </w:rPr>
        <w:t>the assets and processes this role controls</w:t>
      </w:r>
    </w:p>
    <w:p>
      <w:r>
        <w:rPr>
          <w:b/>
        </w:rPr>
        <w:t xml:space="preserve">Accountabilities: </w:t>
      </w:r>
      <w:r>
        <w:rPr>
          <w:i/>
          <w:color w:val="6B6B6B"/>
        </w:rPr>
        <w:t>three to seven, each starting with an -ing verb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r>
        <w:rPr>
          <w:b/>
        </w:rPr>
        <w:t xml:space="preserve">Held by: </w:t>
      </w:r>
      <w:r>
        <w:rPr>
          <w:i/>
          <w:color w:val="6B6B6B"/>
        </w:rPr>
        <w:t>a name, or vacant</w:t>
      </w:r>
    </w:p>
    <w:p>
      <w:r>
        <w:rPr>
          <w:b/>
        </w:rPr>
        <w:t xml:space="preserve">Last reviewed: </w:t>
      </w:r>
      <w:r>
        <w:rPr>
          <w:i/>
          <w:color w:val="6B6B6B"/>
        </w:rPr>
        <w:t>a date</w:t>
      </w:r>
    </w:p>
    <w:p>
      <w:r>
        <w:br w:type="page"/>
      </w:r>
    </w:p>
    <w:p>
      <w:pPr>
        <w:pStyle w:val="Heading1"/>
      </w:pPr>
      <w:r>
        <w:t>Team sheet</w:t>
      </w:r>
    </w:p>
    <w:p>
      <w:r>
        <w:rPr>
          <w:i/>
          <w:color w:val="6B6B6B"/>
        </w:rPr>
        <w:t>One line per role, so the whole team is readable on one page.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Role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Held by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Purpose in one line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Last reviewed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br w:type="page"/>
      </w:r>
    </w:p>
    <w:p>
      <w:pPr>
        <w:pStyle w:val="Heading1"/>
      </w:pPr>
      <w:r>
        <w:t>Filled example</w:t>
      </w:r>
    </w:p>
    <w:p>
      <w:r>
        <w:rPr>
          <w:b/>
        </w:rPr>
        <w:t xml:space="preserve">Role name: </w:t>
      </w:r>
      <w:r>
        <w:t>Editorial Content</w:t>
      </w:r>
    </w:p>
    <w:p>
      <w:r>
        <w:rPr>
          <w:b/>
        </w:rPr>
        <w:t xml:space="preserve">Purpose: </w:t>
      </w:r>
      <w:r>
        <w:t>Readers who find their answer on our site before they talk to anyone</w:t>
      </w:r>
    </w:p>
    <w:p>
      <w:r>
        <w:rPr>
          <w:b/>
        </w:rPr>
        <w:t xml:space="preserve">Decides alone on: </w:t>
      </w:r>
      <w:r>
        <w:t>The publication calendar and the style guide</w:t>
      </w:r>
    </w:p>
    <w:p>
      <w:r>
        <w:rPr>
          <w:b/>
        </w:rPr>
        <w:t xml:space="preserve">Accountabilities: </w:t>
      </w:r>
      <w:r>
        <w:rPr>
          <w:i/>
          <w:color w:val="6B6B6B"/>
        </w:rPr>
        <w:t>three to seven, each starting with an -ing verb</w:t>
      </w:r>
    </w:p>
    <w:p>
      <w:pPr>
        <w:pStyle w:val="ListBullet"/>
      </w:pPr>
      <w:r>
        <w:t>Publishing to the quarterly calendar</w:t>
      </w:r>
    </w:p>
    <w:p>
      <w:pPr>
        <w:pStyle w:val="ListBullet"/>
      </w:pPr>
      <w:r>
        <w:t>Briefing and reviewing external writers</w:t>
      </w:r>
    </w:p>
    <w:p>
      <w:pPr>
        <w:pStyle w:val="ListBullet"/>
      </w:pPr>
      <w:r>
        <w:t>Reporting readership at the monthly team meeting</w:t>
      </w:r>
    </w:p>
    <w:p>
      <w:pPr>
        <w:pStyle w:val="ListBullet"/>
      </w:pPr>
      <w:r>
        <w:t>Retiring pages that no longer match the product</w:t>
      </w:r>
    </w:p>
    <w:p>
      <w:r>
        <w:rPr>
          <w:b/>
        </w:rPr>
        <w:t xml:space="preserve">Held by: </w:t>
      </w:r>
      <w:r>
        <w:t>Amina</w:t>
      </w:r>
    </w:p>
    <w:p>
      <w:r>
        <w:rPr>
          <w:b/>
        </w:rPr>
        <w:t xml:space="preserve">Last reviewed: </w:t>
      </w:r>
      <w:r>
        <w:t>12 June</w:t>
      </w:r>
    </w:p>
    <w:p>
      <w:r>
        <w:rPr>
          <w:i/>
          <w:color w:val="6B6B6B"/>
        </w:rPr>
        <w:t>Delete this page once your own roles are written.</w:t>
      </w:r>
    </w:p>
    <w:p>
      <w:pPr>
        <w:jc w:val="center"/>
      </w:pPr>
      <w:r>
        <w:rPr>
          <w:i/>
          <w:color w:val="6B6B6B"/>
          <w:sz w:val="18"/>
        </w:rPr>
        <w:t>Template by Rolebase, rolebase.io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