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[Company name] photo directory</w:t>
      </w:r>
    </w:p>
    <w:p>
      <w:r>
        <w:rPr>
          <w:i/>
          <w:color w:val="6B6B6B"/>
        </w:rPr>
        <w:t>Updated on [date]. Next review on [date].</w:t>
      </w:r>
    </w:p>
    <w:tbl>
      <w:tblPr>
        <w:tblW w:type="dxa" w:w="10205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40"/>
        <w:gridCol w:w="3175"/>
        <w:gridCol w:w="340"/>
        <w:gridCol w:w="3175"/>
      </w:tblGrid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ic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un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lo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Alice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Product coordination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Product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Bruno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Back-end development, on-call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Tech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Chloé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Product design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Product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m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om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36000" cy="936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mill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6000" cy="9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Emma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Key account sales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Sales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Tom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Customer support, new hire buddy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Customer service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sz w:val="22"/>
              </w:rPr>
              <w:t>Camille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Finance, payroll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Leadership</w:t>
            </w:r>
          </w:p>
        </w:tc>
      </w:tr>
    </w:tbl>
    <w:p/>
    <w:p>
      <w:r>
        <w:rPr>
          <w:i/>
          <w:color w:val="6B6B6B"/>
        </w:rPr>
        <w:t>Here is a filled example. Replace each photo by clicking in its cell, then Insert &gt; Pictures. Anyone who declines a photo keeps their card, with their initials instead.</w:t>
      </w:r>
    </w:p>
    <w:p>
      <w:pPr>
        <w:sectPr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p>
      <w:pPr>
        <w:pStyle w:val="Heading1"/>
      </w:pPr>
      <w:r>
        <w:t>Photo directory to fill in</w:t>
      </w:r>
    </w:p>
    <w:p>
      <w:r>
        <w:rPr>
          <w:i/>
          <w:color w:val="6B6B6B"/>
        </w:rPr>
        <w:t>Fill in one card per person, with their name, roles and team. Copy a table row to add more cards.</w:t>
      </w:r>
    </w:p>
    <w:tbl>
      <w:tblPr>
        <w:tblW w:type="dxa" w:w="10205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340"/>
        <w:gridCol w:w="3175"/>
        <w:gridCol w:w="340"/>
        <w:gridCol w:w="3175"/>
      </w:tblGrid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</w:tr>
      <w:tr>
        <w:trPr>
          <w:trHeight w:val="227" w:hRule="exact"/>
        </w:trPr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rPr>
          <w:trHeight w:val="1757" w:hRule="exact"/>
        </w:trPr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single" w:sz="8" w:color="D9CCF9"/>
              <w:left w:val="single" w:sz="8" w:color="D9CCF9"/>
              <w:bottom w:val="nil"/>
              <w:right w:val="single" w:sz="8" w:color="D9CCF9"/>
            </w:tcBorders>
            <w:vAlign w:val="center"/>
            <w:shd w:val="clear" w:fill="F3EDFE"/>
          </w:tcPr>
          <w:p>
            <w:pPr>
              <w:jc w:val="center"/>
            </w:pPr>
            <w:r>
              <w:rPr>
                <w:color w:val="6B6B6B"/>
              </w:rPr>
              <w:t>Photo</w:t>
            </w:r>
          </w:p>
        </w:tc>
      </w:tr>
      <w:tr>
        <w:trPr>
          <w:trHeight w:val="964" w:hRule="exact"/>
        </w:trPr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  <w:tc>
          <w:tcPr>
            <w:tcW w:type="dxa" w:w="340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type="dxa" w:w="3175"/>
            <w:tcBorders>
              <w:top w:val="nil"/>
              <w:left w:val="single" w:sz="8" w:color="D9CCF9"/>
              <w:bottom w:val="single" w:sz="8" w:color="D9CCF9"/>
              <w:right w:val="single" w:sz="8" w:color="D9CCF9"/>
            </w:tcBorders>
            <w:vAlign w:val="top"/>
          </w:tcPr>
          <w:p>
            <w:pPr>
              <w:spacing w:after="0"/>
              <w:jc w:val="center"/>
            </w:pPr>
            <w:r>
              <w:rPr>
                <w:b/>
                <w:color w:val="6B6B6B"/>
                <w:sz w:val="22"/>
              </w:rPr>
              <w:t>First Last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6B6B6B"/>
                <w:sz w:val="18"/>
              </w:rPr>
              <w:t>Roles</w:t>
            </w:r>
          </w:p>
          <w:p>
            <w:pPr>
              <w:spacing w:after="0"/>
              <w:jc w:val="center"/>
            </w:pPr>
            <w:r>
              <w:rPr>
                <w:b w:val="0"/>
                <w:color w:val="9870F0"/>
                <w:sz w:val="18"/>
              </w:rPr>
              <w:t>Team</w:t>
            </w:r>
          </w:p>
        </w:tc>
      </w:tr>
    </w:tbl>
    <w:p>
      <w:pPr>
        <w:sectPr>
          <w:pgSz w:w="12240" w:h="15840"/>
          <w:pgMar w:top="850" w:right="850" w:bottom="850" w:left="850" w:header="720" w:footer="720" w:gutter="0"/>
          <w:cols w:space="720"/>
          <w:docGrid w:linePitch="360"/>
        </w:sectPr>
      </w:pPr>
    </w:p>
    <w:p>
      <w:pPr>
        <w:pStyle w:val="Heading1"/>
      </w:pPr>
      <w:r>
        <w:t>Permission to use my photo in the photo directory</w:t>
      </w:r>
    </w:p>
    <w:p>
      <w:r>
        <w:rPr>
          <w:i/>
          <w:color w:val="6B6B6B"/>
        </w:rPr>
        <w:t>A template to adapt and to have checked by whoever handles personal data in your company.</w:t>
      </w:r>
    </w:p>
    <w:p>
      <w:pPr>
        <w:spacing w:after="200"/>
      </w:pPr>
      <w:r>
        <w:t>I, [first and last name], [role or position], allow [company name] to use my photo in the company’s internal photo directory.</w:t>
      </w:r>
    </w:p>
    <w:p>
      <w:pPr>
        <w:spacing w:after="200"/>
      </w:pPr>
      <w:r>
        <w:t>The photo is only used to help my colleagues recognise me and know who does what. It appears on the following media: [intranet, org chart tool, printed sheet displayed in the office]. It is not used for anything else, in particular any external communication, without my further agreement.</w:t>
      </w:r>
    </w:p>
    <w:p>
      <w:pPr>
        <w:spacing w:after="200"/>
      </w:pPr>
      <w:r>
        <w:t>The photo is removed no later than [one month] after I leave the company.</w:t>
      </w:r>
    </w:p>
    <w:p>
      <w:pPr>
        <w:spacing w:after="200"/>
      </w:pPr>
      <w:r>
        <w:t>I can withdraw this permission at any time, without giving a reason and with no consequence for me, by writing to [email address or department]. My photo is then removed within [two weeks].</w:t>
      </w:r>
    </w:p>
    <w:p>
      <w:pPr>
        <w:spacing w:after="120"/>
      </w:pPr>
      <w:r>
        <w:t>☐ I agree to my photo appearing in the internal photo directory.</w:t>
      </w:r>
    </w:p>
    <w:p>
      <w:pPr>
        <w:spacing w:after="120"/>
      </w:pPr>
      <w:r>
        <w:t>☐ I decline. My card appears in the directory with my initials instead of a photo.</w:t>
      </w:r>
    </w:p>
    <w:p/>
    <w:p>
      <w:r>
        <w:t>Signed in [city], on [date].        Signature: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9870F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9870F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