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Trombinoscope de [nom de l’entreprise]</w:t>
      </w:r>
    </w:p>
    <w:p>
      <w:r>
        <w:rPr>
          <w:i/>
          <w:color w:val="6B6B6B"/>
        </w:rPr>
        <w:t>Mis à jour le [date]. Prochaine relecture le [date].</w:t>
      </w:r>
    </w:p>
    <w:tbl>
      <w:tblPr>
        <w:tblW w:type="dxa" w:w="10205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40"/>
        <w:gridCol w:w="3175"/>
        <w:gridCol w:w="340"/>
        <w:gridCol w:w="3175"/>
      </w:tblGrid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ic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un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lo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Alice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Coordination produit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Produit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Bruno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Développement back-end, astreinte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Tech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Chloé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Design produit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Produit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m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m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ill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Emma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Ventes grands comptes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Commercial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Tom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Support client, accueil des nouveaux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Service client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Camille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Finance, paie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Direction</w:t>
            </w:r>
          </w:p>
        </w:tc>
      </w:tr>
    </w:tbl>
    <w:p/>
    <w:p>
      <w:r>
        <w:rPr>
          <w:i/>
          <w:color w:val="6B6B6B"/>
        </w:rPr>
        <w:t>Voici un exemple rempli. Remplacez chaque photo en cliquant dans sa case, puis Insertion &gt; Images. Une personne qui refuse la photo garde sa carte, avec ses initiales à la place.</w:t>
      </w:r>
    </w:p>
    <w:p>
      <w:pPr>
        <w:sectPr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>
      <w:pPr>
        <w:pStyle w:val="Heading1"/>
      </w:pPr>
      <w:r>
        <w:t>Trombinoscope à remplir</w:t>
      </w:r>
    </w:p>
    <w:p>
      <w:r>
        <w:rPr>
          <w:i/>
          <w:color w:val="6B6B6B"/>
        </w:rPr>
        <w:t>Remplissez une carte par personne, avec son nom, ses rôles et son équipe. Copiez une ligne du tableau pour ajouter des cartes.</w:t>
      </w:r>
    </w:p>
    <w:tbl>
      <w:tblPr>
        <w:tblW w:type="dxa" w:w="10205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40"/>
        <w:gridCol w:w="3175"/>
        <w:gridCol w:w="340"/>
        <w:gridCol w:w="3175"/>
      </w:tblGrid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Prénom Nom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Rôles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Équipe</w:t>
            </w:r>
          </w:p>
        </w:tc>
      </w:tr>
    </w:tbl>
    <w:p>
      <w:pPr>
        <w:sectPr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>
      <w:pPr>
        <w:pStyle w:val="Heading1"/>
      </w:pPr>
      <w:r>
        <w:t>Autorisation d’utiliser ma photo dans le trombinoscope</w:t>
      </w:r>
    </w:p>
    <w:p>
      <w:r>
        <w:rPr>
          <w:i/>
          <w:color w:val="6B6B6B"/>
        </w:rPr>
        <w:t>Modèle à adapter et à faire relire par la personne chargée des données personnelles dans votre entreprise.</w:t>
      </w:r>
    </w:p>
    <w:p>
      <w:pPr>
        <w:spacing w:after="200"/>
      </w:pPr>
      <w:r>
        <w:t>Je soussigné(e) [prénom nom], [rôle ou poste], autorise [nom de l’entreprise] à utiliser ma photo dans le trombinoscope interne de l’entreprise.</w:t>
      </w:r>
    </w:p>
    <w:p>
      <w:pPr>
        <w:spacing w:after="200"/>
      </w:pPr>
      <w:r>
        <w:t>La photo sert uniquement à aider mes collègues à me reconnaître et à savoir qui fait quoi. Elle apparaît sur les supports suivants : [intranet, outil d’organigramme, document imprimé affiché dans les locaux]. Elle n’est utilisée pour aucun autre usage, en particulier aucune communication externe, sans un nouvel accord de ma part.</w:t>
      </w:r>
    </w:p>
    <w:p>
      <w:pPr>
        <w:spacing w:after="200"/>
      </w:pPr>
      <w:r>
        <w:t>La photo est retirée au plus tard [un mois] après mon départ de l’entreprise.</w:t>
      </w:r>
    </w:p>
    <w:p>
      <w:pPr>
        <w:spacing w:after="200"/>
      </w:pPr>
      <w:r>
        <w:t>Je peux retirer cette autorisation à tout moment, sans avoir à me justifier et sans conséquence pour moi, en écrivant à [adresse e-mail ou service]. Ma photo est alors retirée dans un délai de [quinze jours].</w:t>
      </w:r>
    </w:p>
    <w:p>
      <w:pPr>
        <w:spacing w:after="120"/>
      </w:pPr>
      <w:r>
        <w:t>☐ J’accepte que ma photo figure dans le trombinoscope interne.</w:t>
      </w:r>
    </w:p>
    <w:p>
      <w:pPr>
        <w:spacing w:after="120"/>
      </w:pPr>
      <w:r>
        <w:t>☐ Je refuse. Ma carte figure dans le trombinoscope avec mes initiales à la place de la photo.</w:t>
      </w:r>
    </w:p>
    <w:p/>
    <w:p>
      <w:r>
        <w:t>Fait à [ville], le [date].        Signature :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