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Meeting minutes</w:t>
      </w:r>
    </w:p>
    <w:p>
      <w:r>
        <w:rPr>
          <w:b/>
        </w:rPr>
        <w:t xml:space="preserve">Meeting: </w:t>
      </w:r>
      <w:r>
        <w:rPr>
          <w:i/>
          <w:color w:val="6B6B6B"/>
        </w:rPr>
        <w:t>name of the meeting</w:t>
      </w:r>
    </w:p>
    <w:p>
      <w:r>
        <w:rPr>
          <w:b/>
        </w:rPr>
        <w:t xml:space="preserve">Date: </w:t>
      </w:r>
    </w:p>
    <w:p>
      <w:r>
        <w:rPr>
          <w:b/>
        </w:rPr>
        <w:t xml:space="preserve">Time: </w:t>
      </w:r>
    </w:p>
    <w:p>
      <w:r>
        <w:rPr>
          <w:b/>
        </w:rPr>
        <w:t xml:space="preserve">Location or link: </w:t>
      </w:r>
    </w:p>
    <w:p>
      <w:r>
        <w:rPr>
          <w:b/>
        </w:rPr>
        <w:t xml:space="preserve">Attendees: </w:t>
      </w:r>
    </w:p>
    <w:p>
      <w:r>
        <w:rPr>
          <w:b/>
        </w:rPr>
        <w:t xml:space="preserve">Apologies: </w:t>
      </w:r>
    </w:p>
    <w:p>
      <w:r>
        <w:rPr>
          <w:b/>
        </w:rPr>
        <w:t xml:space="preserve">Minutes taken by: </w:t>
      </w:r>
    </w:p>
    <w:p>
      <w:pPr>
        <w:pStyle w:val="Heading2"/>
      </w:pPr>
      <w:r>
        <w:t>Agenda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2"/>
      </w:pPr>
      <w:r>
        <w:t>Discussion and decisions</w:t>
      </w:r>
    </w:p>
    <w:p>
      <w:pPr>
        <w:pStyle w:val="Heading3"/>
      </w:pPr>
      <w:r>
        <w:t>Item 1</w:t>
      </w:r>
    </w:p>
    <w:p>
      <w:r>
        <w:rPr>
          <w:b/>
        </w:rPr>
        <w:t xml:space="preserve">Discussed: </w:t>
      </w:r>
    </w:p>
    <w:p>
      <w:r>
        <w:rPr>
          <w:b/>
        </w:rPr>
        <w:t xml:space="preserve">Decided: </w:t>
      </w:r>
    </w:p>
    <w:p>
      <w:r>
        <w:rPr>
          <w:b/>
        </w:rPr>
        <w:t xml:space="preserve">Why: </w:t>
      </w:r>
    </w:p>
    <w:p>
      <w:pPr>
        <w:pStyle w:val="Heading3"/>
      </w:pPr>
      <w:r>
        <w:t>Item 2</w:t>
      </w:r>
    </w:p>
    <w:p>
      <w:r>
        <w:rPr>
          <w:b/>
        </w:rPr>
        <w:t xml:space="preserve">Discussed: </w:t>
      </w:r>
    </w:p>
    <w:p>
      <w:r>
        <w:rPr>
          <w:b/>
        </w:rPr>
        <w:t xml:space="preserve">Decided: </w:t>
      </w:r>
    </w:p>
    <w:p>
      <w:r>
        <w:rPr>
          <w:b/>
        </w:rPr>
        <w:t xml:space="preserve">Why: </w:t>
      </w:r>
    </w:p>
    <w:p>
      <w:pPr>
        <w:pStyle w:val="Heading2"/>
      </w:pPr>
      <w: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Action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Due date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Next meeting</w:t>
      </w:r>
    </w:p>
    <w:p>
      <w:r>
        <w:rPr>
          <w:b/>
        </w:rPr>
        <w:t xml:space="preserve">Date: </w:t>
      </w:r>
    </w:p>
    <w:p>
      <w:r>
        <w:rPr>
          <w:b/>
        </w:rPr>
        <w:t xml:space="preserve">Carried over: </w:t>
      </w:r>
    </w:p>
    <w:p>
      <w:pPr>
        <w:jc w:val="center"/>
      </w:pPr>
      <w:r>
        <w:rPr>
          <w:i/>
          <w:color w:val="6B6B6B"/>
          <w:sz w:val="18"/>
        </w:rPr>
        <w:t>Template by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