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Compte rendu de réunion</w:t>
      </w:r>
    </w:p>
    <w:p>
      <w:r>
        <w:rPr>
          <w:b/>
        </w:rPr>
        <w:t xml:space="preserve">Réunion : </w:t>
      </w:r>
      <w:r>
        <w:rPr>
          <w:i/>
          <w:color w:val="6B6B6B"/>
        </w:rPr>
        <w:t>nom de la réunion</w:t>
      </w:r>
    </w:p>
    <w:p>
      <w:r>
        <w:rPr>
          <w:b/>
        </w:rPr>
        <w:t xml:space="preserve">Date : </w:t>
      </w:r>
    </w:p>
    <w:p>
      <w:r>
        <w:rPr>
          <w:b/>
        </w:rPr>
        <w:t xml:space="preserve">Horaire : </w:t>
      </w:r>
    </w:p>
    <w:p>
      <w:r>
        <w:rPr>
          <w:b/>
        </w:rPr>
        <w:t xml:space="preserve">Lieu ou lien : </w:t>
      </w:r>
    </w:p>
    <w:p>
      <w:r>
        <w:rPr>
          <w:b/>
        </w:rPr>
        <w:t xml:space="preserve">Participants : </w:t>
      </w:r>
    </w:p>
    <w:p>
      <w:r>
        <w:rPr>
          <w:b/>
        </w:rPr>
        <w:t xml:space="preserve">Excusés : </w:t>
      </w:r>
    </w:p>
    <w:p>
      <w:r>
        <w:rPr>
          <w:b/>
        </w:rPr>
        <w:t xml:space="preserve">Compte rendu rédigé par : </w:t>
      </w:r>
    </w:p>
    <w:p>
      <w:pPr>
        <w:pStyle w:val="Heading2"/>
      </w:pPr>
      <w:r>
        <w:t>Ordre du jour</w:t>
      </w:r>
    </w:p>
    <w:p>
      <w:r>
        <w:t xml:space="preserve">1. </w:t>
      </w:r>
    </w:p>
    <w:p>
      <w:r>
        <w:t xml:space="preserve">2. </w:t>
      </w:r>
    </w:p>
    <w:p>
      <w:r>
        <w:t xml:space="preserve">3. </w:t>
      </w:r>
    </w:p>
    <w:p>
      <w:pPr>
        <w:pStyle w:val="Heading2"/>
      </w:pPr>
      <w:r>
        <w:t>Discussions et décisions</w:t>
      </w:r>
    </w:p>
    <w:p>
      <w:pPr>
        <w:pStyle w:val="Heading3"/>
      </w:pPr>
      <w:r>
        <w:t>Point 1</w:t>
      </w:r>
    </w:p>
    <w:p>
      <w:r>
        <w:rPr>
          <w:b/>
        </w:rPr>
        <w:t xml:space="preserve">Discuté : </w:t>
      </w:r>
    </w:p>
    <w:p>
      <w:r>
        <w:rPr>
          <w:b/>
        </w:rPr>
        <w:t xml:space="preserve">Décidé : </w:t>
      </w:r>
    </w:p>
    <w:p>
      <w:r>
        <w:rPr>
          <w:b/>
        </w:rPr>
        <w:t xml:space="preserve">Pourquoi : </w:t>
      </w:r>
    </w:p>
    <w:p>
      <w:pPr>
        <w:pStyle w:val="Heading3"/>
      </w:pPr>
      <w:r>
        <w:t>Point 2</w:t>
      </w:r>
    </w:p>
    <w:p>
      <w:r>
        <w:rPr>
          <w:b/>
        </w:rPr>
        <w:t xml:space="preserve">Discuté : </w:t>
      </w:r>
    </w:p>
    <w:p>
      <w:r>
        <w:rPr>
          <w:b/>
        </w:rPr>
        <w:t xml:space="preserve">Décidé : </w:t>
      </w:r>
    </w:p>
    <w:p>
      <w:r>
        <w:rPr>
          <w:b/>
        </w:rPr>
        <w:t xml:space="preserve">Pourquoi : </w:t>
      </w:r>
    </w:p>
    <w:p>
      <w:pPr>
        <w:pStyle w:val="Heading2"/>
      </w:pPr>
      <w:r>
        <w:t>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Action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Responsable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Échéance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/>
    <w:p>
      <w:pPr>
        <w:pStyle w:val="Heading2"/>
      </w:pPr>
      <w:r>
        <w:t>Prochaine réunion</w:t>
      </w:r>
    </w:p>
    <w:p>
      <w:r>
        <w:rPr>
          <w:b/>
        </w:rPr>
        <w:t xml:space="preserve">Date : </w:t>
      </w:r>
    </w:p>
    <w:p>
      <w:r>
        <w:rPr>
          <w:b/>
        </w:rPr>
        <w:t xml:space="preserve">Reporté : </w:t>
      </w:r>
    </w:p>
    <w:p>
      <w:pPr>
        <w:jc w:val="center"/>
      </w:pPr>
      <w:r>
        <w:rPr>
          <w:i/>
          <w:color w:val="6B6B6B"/>
          <w:sz w:val="18"/>
        </w:rPr>
        <w:t>Modèle proposé par Rolebase, rolebase.io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